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00DDE" w14:textId="77777777" w:rsidR="00487748" w:rsidRDefault="00487748" w:rsidP="00487748">
      <w:pPr>
        <w:pStyle w:val="Titolo1"/>
        <w:jc w:val="center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drawing>
          <wp:inline distT="0" distB="0" distL="0" distR="0" wp14:anchorId="724690B7" wp14:editId="2C36535C">
            <wp:extent cx="574675" cy="489795"/>
            <wp:effectExtent l="0" t="0" r="0" b="5715"/>
            <wp:docPr id="137317388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556" cy="4948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0B9001" w14:textId="251B3294" w:rsidR="0089090D" w:rsidRPr="00487748" w:rsidRDefault="00000000" w:rsidP="00487748">
      <w:pPr>
        <w:pStyle w:val="Titolo1"/>
        <w:spacing w:before="0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487748"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>Procura della Repubblica</w:t>
      </w:r>
    </w:p>
    <w:p w14:paraId="42A05107" w14:textId="0E7560F2" w:rsidR="0089090D" w:rsidRPr="00487748" w:rsidRDefault="00000000" w:rsidP="00487748">
      <w:pPr>
        <w:jc w:val="center"/>
        <w:rPr>
          <w:rFonts w:ascii="Times New Roman" w:hAnsi="Times New Roman" w:cs="Times New Roman"/>
          <w:sz w:val="20"/>
          <w:szCs w:val="20"/>
        </w:rPr>
      </w:pPr>
      <w:r w:rsidRPr="00487748">
        <w:rPr>
          <w:rFonts w:ascii="Times New Roman" w:hAnsi="Times New Roman" w:cs="Times New Roman"/>
          <w:sz w:val="20"/>
          <w:szCs w:val="20"/>
        </w:rPr>
        <w:t xml:space="preserve">presso il </w:t>
      </w:r>
      <w:r w:rsidRPr="00825557">
        <w:rPr>
          <w:rFonts w:ascii="Times New Roman" w:hAnsi="Times New Roman" w:cs="Times New Roman"/>
          <w:sz w:val="20"/>
          <w:szCs w:val="20"/>
          <w:lang w:val="it-IT"/>
        </w:rPr>
        <w:t>Tribunale ordinario di</w:t>
      </w:r>
      <w:r w:rsidRPr="00487748">
        <w:rPr>
          <w:rFonts w:ascii="Times New Roman" w:hAnsi="Times New Roman" w:cs="Times New Roman"/>
          <w:sz w:val="20"/>
          <w:szCs w:val="20"/>
        </w:rPr>
        <w:t xml:space="preserve"> </w:t>
      </w:r>
      <w:r w:rsidR="00487748" w:rsidRPr="00487748">
        <w:rPr>
          <w:rFonts w:ascii="Times New Roman" w:hAnsi="Times New Roman" w:cs="Times New Roman"/>
          <w:sz w:val="20"/>
          <w:szCs w:val="20"/>
        </w:rPr>
        <w:t>Varese</w:t>
      </w:r>
    </w:p>
    <w:p w14:paraId="40520DB9" w14:textId="77777777" w:rsidR="00487748" w:rsidRDefault="00487748"/>
    <w:p w14:paraId="1B514B24" w14:textId="7C2C2BAA" w:rsidR="0089090D" w:rsidRPr="00825557" w:rsidRDefault="00000000" w:rsidP="00487748">
      <w:pPr>
        <w:jc w:val="both"/>
        <w:rPr>
          <w:lang w:val="it-IT"/>
        </w:rPr>
      </w:pPr>
      <w:r w:rsidRPr="00825557">
        <w:rPr>
          <w:lang w:val="it-IT"/>
        </w:rPr>
        <w:t>Il sottoscritto ___________________________________ residente a________________________</w:t>
      </w:r>
      <w:r w:rsidR="00487748" w:rsidRPr="00825557">
        <w:rPr>
          <w:lang w:val="it-IT"/>
        </w:rPr>
        <w:t>_________________</w:t>
      </w:r>
    </w:p>
    <w:p w14:paraId="18BC7681" w14:textId="724D6CEF" w:rsidR="0089090D" w:rsidRDefault="00000000" w:rsidP="00487748">
      <w:pPr>
        <w:jc w:val="both"/>
      </w:pPr>
      <w:r>
        <w:t>prov. ____ in Via/Piazza ____________________________ c.a.p. ________ tel. _______________</w:t>
      </w:r>
      <w:r w:rsidR="00487748">
        <w:t>________________</w:t>
      </w:r>
    </w:p>
    <w:p w14:paraId="111ADED9" w14:textId="28D0333A" w:rsidR="0089090D" w:rsidRDefault="00000000" w:rsidP="00487748">
      <w:pPr>
        <w:jc w:val="both"/>
      </w:pPr>
      <w:r>
        <w:t>e-mail ________________________________________________________</w:t>
      </w:r>
      <w:r w:rsidR="00C75718">
        <w:t>__________________________________________</w:t>
      </w:r>
    </w:p>
    <w:p w14:paraId="538D5F06" w14:textId="6AF32CEB" w:rsidR="0089090D" w:rsidRPr="00825557" w:rsidRDefault="00000000" w:rsidP="00C75718">
      <w:pPr>
        <w:spacing w:line="360" w:lineRule="auto"/>
        <w:jc w:val="both"/>
        <w:rPr>
          <w:lang w:val="it-IT"/>
        </w:rPr>
      </w:pPr>
      <w:r>
        <w:t xml:space="preserve">PEC ____________________________________________________ </w:t>
      </w:r>
      <w:r w:rsidRPr="00825557">
        <w:rPr>
          <w:lang w:val="it-IT"/>
        </w:rPr>
        <w:t>segnala</w:t>
      </w:r>
      <w:r w:rsidR="00C75718" w:rsidRPr="00825557">
        <w:rPr>
          <w:lang w:val="it-IT"/>
        </w:rPr>
        <w:t xml:space="preserve"> </w:t>
      </w:r>
      <w:r w:rsidRPr="00825557">
        <w:rPr>
          <w:lang w:val="it-IT"/>
        </w:rPr>
        <w:t>quanto</w:t>
      </w:r>
      <w:r w:rsidR="00C75718" w:rsidRPr="00825557">
        <w:rPr>
          <w:lang w:val="it-IT"/>
        </w:rPr>
        <w:t xml:space="preserve"> </w:t>
      </w:r>
      <w:r w:rsidRPr="00825557">
        <w:rPr>
          <w:lang w:val="it-IT"/>
        </w:rPr>
        <w:t>verificatosi all'Ufficio</w:t>
      </w:r>
      <w:r w:rsidR="00C75718" w:rsidRPr="00825557">
        <w:rPr>
          <w:lang w:val="it-IT"/>
        </w:rPr>
        <w:t xml:space="preserve"> </w:t>
      </w:r>
      <w:r w:rsidRPr="00825557">
        <w:rPr>
          <w:lang w:val="it-IT"/>
        </w:rPr>
        <w:t>_________</w:t>
      </w:r>
      <w:r w:rsidR="00C75718" w:rsidRPr="00825557">
        <w:rPr>
          <w:lang w:val="it-IT"/>
        </w:rPr>
        <w:t>_______</w:t>
      </w:r>
      <w:r w:rsidRPr="00825557">
        <w:rPr>
          <w:lang w:val="it-IT"/>
        </w:rPr>
        <w:t xml:space="preserve"> _______________________________ della Procura della</w:t>
      </w:r>
      <w:r w:rsidR="00C75718" w:rsidRPr="00825557">
        <w:rPr>
          <w:lang w:val="it-IT"/>
        </w:rPr>
        <w:t xml:space="preserve"> </w:t>
      </w:r>
      <w:r w:rsidRPr="00825557">
        <w:rPr>
          <w:lang w:val="it-IT"/>
        </w:rPr>
        <w:t xml:space="preserve">Repubblica di </w:t>
      </w:r>
      <w:r w:rsidR="00C75718" w:rsidRPr="00825557">
        <w:rPr>
          <w:lang w:val="it-IT"/>
        </w:rPr>
        <w:t>Varese</w:t>
      </w:r>
      <w:r w:rsidRPr="00825557">
        <w:rPr>
          <w:lang w:val="it-IT"/>
        </w:rPr>
        <w:t xml:space="preserve"> il giorno _____________</w:t>
      </w:r>
      <w:r w:rsidR="00C75718" w:rsidRPr="00825557">
        <w:rPr>
          <w:lang w:val="it-IT"/>
        </w:rPr>
        <w:t>_______________.</w:t>
      </w:r>
    </w:p>
    <w:p w14:paraId="1DB22773" w14:textId="15DA67DC" w:rsidR="0089090D" w:rsidRPr="00825557" w:rsidRDefault="00000000" w:rsidP="00C75718">
      <w:pPr>
        <w:spacing w:line="360" w:lineRule="auto"/>
        <w:jc w:val="both"/>
        <w:rPr>
          <w:b/>
          <w:bCs/>
          <w:lang w:val="it-IT"/>
        </w:rPr>
      </w:pPr>
      <w:r w:rsidRPr="00825557">
        <w:rPr>
          <w:b/>
          <w:bCs/>
          <w:lang w:val="it-IT"/>
        </w:rPr>
        <w:t>Si prega di compilare questo modulo per segnalare eventuali disservizi, problemi, difficoltà,</w:t>
      </w:r>
      <w:r w:rsidR="00C75718" w:rsidRPr="00825557">
        <w:rPr>
          <w:b/>
          <w:bCs/>
          <w:lang w:val="it-IT"/>
        </w:rPr>
        <w:t xml:space="preserve"> </w:t>
      </w:r>
      <w:r w:rsidRPr="00825557">
        <w:rPr>
          <w:b/>
          <w:bCs/>
          <w:lang w:val="it-IT"/>
        </w:rPr>
        <w:t>oppure per inviare</w:t>
      </w:r>
      <w:r w:rsidR="00CF7A9F">
        <w:rPr>
          <w:b/>
          <w:bCs/>
          <w:lang w:val="it-IT"/>
        </w:rPr>
        <w:t xml:space="preserve"> elogi,</w:t>
      </w:r>
      <w:r w:rsidRPr="00825557">
        <w:rPr>
          <w:b/>
          <w:bCs/>
          <w:lang w:val="it-IT"/>
        </w:rPr>
        <w:t xml:space="preserve"> suggerimenti e consigli, fornendo</w:t>
      </w:r>
      <w:r w:rsidR="00CF7A9F">
        <w:rPr>
          <w:b/>
          <w:bCs/>
          <w:lang w:val="it-IT"/>
        </w:rPr>
        <w:t xml:space="preserve"> </w:t>
      </w:r>
      <w:r w:rsidRPr="00825557">
        <w:rPr>
          <w:b/>
          <w:bCs/>
          <w:lang w:val="it-IT"/>
        </w:rPr>
        <w:t>il maggior numero possibile di elementi</w:t>
      </w:r>
      <w:r w:rsidR="00C75718" w:rsidRPr="00825557">
        <w:rPr>
          <w:b/>
          <w:bCs/>
          <w:lang w:val="it-IT"/>
        </w:rPr>
        <w:t xml:space="preserve"> </w:t>
      </w:r>
      <w:r w:rsidRPr="00825557">
        <w:rPr>
          <w:b/>
          <w:bCs/>
          <w:lang w:val="it-IT"/>
        </w:rPr>
        <w:t>utili, al fine di migliorare il servizio:</w:t>
      </w:r>
    </w:p>
    <w:p w14:paraId="56A01EF9" w14:textId="77777777" w:rsidR="0089090D" w:rsidRPr="00825557" w:rsidRDefault="00000000" w:rsidP="00487748">
      <w:pPr>
        <w:jc w:val="both"/>
        <w:rPr>
          <w:lang w:val="it-IT"/>
        </w:rPr>
      </w:pPr>
      <w:r w:rsidRPr="00825557">
        <w:rPr>
          <w:lang w:val="it-IT"/>
        </w:rPr>
        <w:t>----------------------------------------------------------------------------------------------------------------------------- --------</w:t>
      </w:r>
    </w:p>
    <w:p w14:paraId="57D11923" w14:textId="77777777" w:rsidR="0089090D" w:rsidRPr="00825557" w:rsidRDefault="00000000" w:rsidP="00487748">
      <w:pPr>
        <w:jc w:val="both"/>
        <w:rPr>
          <w:lang w:val="it-IT"/>
        </w:rPr>
      </w:pPr>
      <w:r w:rsidRPr="00825557">
        <w:rPr>
          <w:lang w:val="it-IT"/>
        </w:rPr>
        <w:t>----------------------------------------------------- --------------------------------------------------------------------------------</w:t>
      </w:r>
    </w:p>
    <w:p w14:paraId="0BBE3606" w14:textId="77777777" w:rsidR="0089090D" w:rsidRPr="00825557" w:rsidRDefault="00000000" w:rsidP="00487748">
      <w:pPr>
        <w:jc w:val="both"/>
        <w:rPr>
          <w:lang w:val="it-IT"/>
        </w:rPr>
      </w:pPr>
      <w:r w:rsidRPr="00825557">
        <w:rPr>
          <w:lang w:val="it-IT"/>
        </w:rPr>
        <w:t>----------------------------------------------------------------------------------------------------------------------------- --------</w:t>
      </w:r>
    </w:p>
    <w:p w14:paraId="1B2B43A6" w14:textId="77777777" w:rsidR="0089090D" w:rsidRPr="00825557" w:rsidRDefault="00000000" w:rsidP="00487748">
      <w:pPr>
        <w:jc w:val="both"/>
        <w:rPr>
          <w:lang w:val="it-IT"/>
        </w:rPr>
      </w:pPr>
      <w:r w:rsidRPr="00825557">
        <w:rPr>
          <w:lang w:val="it-IT"/>
        </w:rPr>
        <w:t>------------------------------------------- ------------------------------------------------------------------------------------------</w:t>
      </w:r>
    </w:p>
    <w:p w14:paraId="5F87F1E4" w14:textId="379ECB18" w:rsidR="0089090D" w:rsidRPr="00825557" w:rsidRDefault="00825557" w:rsidP="00487748">
      <w:pPr>
        <w:jc w:val="both"/>
        <w:rPr>
          <w:b/>
          <w:bCs/>
          <w:lang w:val="it-IT"/>
        </w:rPr>
      </w:pPr>
      <w:r w:rsidRPr="00825557">
        <w:rPr>
          <w:b/>
          <w:bCs/>
          <w:lang w:val="it-IT"/>
        </w:rPr>
        <w:t>INFORMATIVA SUL</w:t>
      </w:r>
      <w:r w:rsidR="00000000" w:rsidRPr="00825557">
        <w:rPr>
          <w:b/>
          <w:bCs/>
          <w:lang w:val="it-IT"/>
        </w:rPr>
        <w:t xml:space="preserve"> </w:t>
      </w:r>
      <w:r w:rsidRPr="00825557">
        <w:rPr>
          <w:b/>
          <w:bCs/>
          <w:lang w:val="it-IT"/>
        </w:rPr>
        <w:t>TRATTAMENTO DEI DATI PERSONALI</w:t>
      </w:r>
      <w:r w:rsidR="00C75718" w:rsidRPr="00825557">
        <w:rPr>
          <w:b/>
          <w:bCs/>
          <w:lang w:val="it-IT"/>
        </w:rPr>
        <w:t xml:space="preserve"> </w:t>
      </w:r>
      <w:r w:rsidR="00C75718" w:rsidRPr="00825557">
        <w:rPr>
          <w:b/>
          <w:bCs/>
          <w:lang w:val="it-IT"/>
        </w:rPr>
        <w:br/>
      </w:r>
      <w:r w:rsidR="00000000" w:rsidRPr="00825557">
        <w:rPr>
          <w:b/>
          <w:bCs/>
          <w:sz w:val="20"/>
          <w:szCs w:val="20"/>
          <w:lang w:val="it-IT"/>
        </w:rPr>
        <w:t>ART. 13 REGOLAMENTO UE 2016/679 (R.G.P.D.)</w:t>
      </w:r>
    </w:p>
    <w:p w14:paraId="2786F03D" w14:textId="0446CC86" w:rsidR="0089090D" w:rsidRPr="00825557" w:rsidRDefault="00000000" w:rsidP="00487748">
      <w:pPr>
        <w:jc w:val="both"/>
        <w:rPr>
          <w:lang w:val="it-IT"/>
        </w:rPr>
      </w:pPr>
      <w:r w:rsidRPr="00825557">
        <w:rPr>
          <w:lang w:val="it-IT"/>
        </w:rPr>
        <w:t>I dati forniti sono trattati nel pieno rispetto della vigente normativa sulla riservatezza dei dati personali, ai</w:t>
      </w:r>
      <w:r w:rsidR="00C75718" w:rsidRPr="00825557">
        <w:rPr>
          <w:lang w:val="it-IT"/>
        </w:rPr>
        <w:t xml:space="preserve"> </w:t>
      </w:r>
      <w:r w:rsidRPr="00825557">
        <w:rPr>
          <w:lang w:val="it-IT"/>
        </w:rPr>
        <w:t>sensi dell’art. 13 del Regolamento UE 2016/679.</w:t>
      </w:r>
    </w:p>
    <w:p w14:paraId="7EBB13EC" w14:textId="7DBBA629" w:rsidR="0089090D" w:rsidRDefault="00C75718" w:rsidP="00487748">
      <w:pPr>
        <w:jc w:val="both"/>
      </w:pPr>
      <w:r>
        <w:t>Varese</w:t>
      </w:r>
      <w:r w:rsidR="00000000">
        <w:t>, ____________</w:t>
      </w:r>
    </w:p>
    <w:p w14:paraId="343B4EF9" w14:textId="59A2FC15" w:rsidR="00487748" w:rsidRDefault="00000000" w:rsidP="00487748">
      <w:pPr>
        <w:jc w:val="both"/>
      </w:pPr>
      <w:r>
        <w:t>(Firma)</w:t>
      </w:r>
    </w:p>
    <w:sectPr w:rsidR="0048774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65783902">
    <w:abstractNumId w:val="8"/>
  </w:num>
  <w:num w:numId="2" w16cid:durableId="1709180966">
    <w:abstractNumId w:val="6"/>
  </w:num>
  <w:num w:numId="3" w16cid:durableId="2058967438">
    <w:abstractNumId w:val="5"/>
  </w:num>
  <w:num w:numId="4" w16cid:durableId="1516844571">
    <w:abstractNumId w:val="4"/>
  </w:num>
  <w:num w:numId="5" w16cid:durableId="2038652949">
    <w:abstractNumId w:val="7"/>
  </w:num>
  <w:num w:numId="6" w16cid:durableId="1454441347">
    <w:abstractNumId w:val="3"/>
  </w:num>
  <w:num w:numId="7" w16cid:durableId="1766655665">
    <w:abstractNumId w:val="2"/>
  </w:num>
  <w:num w:numId="8" w16cid:durableId="385766632">
    <w:abstractNumId w:val="1"/>
  </w:num>
  <w:num w:numId="9" w16cid:durableId="2088573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44B06"/>
    <w:rsid w:val="0015074B"/>
    <w:rsid w:val="0029639D"/>
    <w:rsid w:val="00326F90"/>
    <w:rsid w:val="00487748"/>
    <w:rsid w:val="00825557"/>
    <w:rsid w:val="0089090D"/>
    <w:rsid w:val="00AA1D8D"/>
    <w:rsid w:val="00B47730"/>
    <w:rsid w:val="00C75718"/>
    <w:rsid w:val="00CB0664"/>
    <w:rsid w:val="00CF7A9F"/>
    <w:rsid w:val="00E60E2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608F7CA"/>
  <w14:defaultImageDpi w14:val="300"/>
  <w15:docId w15:val="{2C9FB28C-0E76-4125-8432-0D41FDD3E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122</Words>
  <Characters>1549</Characters>
  <Application>Microsoft Office Word</Application>
  <DocSecurity>0</DocSecurity>
  <Lines>29</Lines>
  <Paragraphs>23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1648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Angela Marotta</cp:lastModifiedBy>
  <cp:revision>4</cp:revision>
  <dcterms:created xsi:type="dcterms:W3CDTF">2025-12-29T11:03:00Z</dcterms:created>
  <dcterms:modified xsi:type="dcterms:W3CDTF">2025-12-29T11:11:00Z</dcterms:modified>
  <cp:category/>
</cp:coreProperties>
</file>